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3AD4" w14:textId="77777777" w:rsidR="00622A2C" w:rsidRDefault="005B5919">
      <w:pPr>
        <w:pStyle w:val="Overskrift1"/>
      </w:pPr>
      <w:proofErr w:type="spellStart"/>
      <w:r>
        <w:t>Oversigtsplan</w:t>
      </w:r>
      <w:proofErr w:type="spellEnd"/>
      <w:r>
        <w:t xml:space="preserve"> 2026-2027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620"/>
        <w:gridCol w:w="1993"/>
        <w:gridCol w:w="2024"/>
        <w:gridCol w:w="2024"/>
        <w:gridCol w:w="2024"/>
      </w:tblGrid>
      <w:tr w:rsidR="004E357A" w:rsidRPr="00141D63" w14:paraId="7095B9DC" w14:textId="70EE0CF2" w:rsidTr="001255CD">
        <w:tc>
          <w:tcPr>
            <w:tcW w:w="2097" w:type="dxa"/>
            <w:shd w:val="clear" w:color="auto" w:fill="4472C4"/>
          </w:tcPr>
          <w:p w14:paraId="73069EDE" w14:textId="77777777" w:rsidR="004E357A" w:rsidRPr="00A51FF8" w:rsidRDefault="004E357A">
            <w:pPr>
              <w:rPr>
                <w:color w:val="FFFFFF" w:themeColor="background1"/>
              </w:rPr>
            </w:pPr>
            <w:r w:rsidRPr="00A51FF8">
              <w:rPr>
                <w:color w:val="FFFFFF" w:themeColor="background1"/>
              </w:rPr>
              <w:t>Uge</w:t>
            </w:r>
          </w:p>
        </w:tc>
        <w:tc>
          <w:tcPr>
            <w:tcW w:w="2620" w:type="dxa"/>
            <w:shd w:val="clear" w:color="auto" w:fill="4472C4"/>
          </w:tcPr>
          <w:p w14:paraId="6009B244" w14:textId="77777777" w:rsidR="004E357A" w:rsidRPr="00A51FF8" w:rsidRDefault="004E357A">
            <w:pPr>
              <w:rPr>
                <w:color w:val="FFFFFF" w:themeColor="background1"/>
              </w:rPr>
            </w:pPr>
            <w:proofErr w:type="spellStart"/>
            <w:r w:rsidRPr="00A51FF8">
              <w:rPr>
                <w:color w:val="FFFFFF" w:themeColor="background1"/>
              </w:rPr>
              <w:t>Aktivitet</w:t>
            </w:r>
            <w:proofErr w:type="spellEnd"/>
          </w:p>
        </w:tc>
        <w:tc>
          <w:tcPr>
            <w:tcW w:w="1993" w:type="dxa"/>
            <w:shd w:val="clear" w:color="auto" w:fill="4472C4"/>
          </w:tcPr>
          <w:p w14:paraId="6F08D236" w14:textId="1E6C3532" w:rsidR="004E357A" w:rsidRPr="00A51FF8" w:rsidRDefault="004E357A">
            <w:pPr>
              <w:rPr>
                <w:color w:val="FFFFFF" w:themeColor="background1"/>
              </w:rPr>
            </w:pPr>
            <w:proofErr w:type="spellStart"/>
            <w:r>
              <w:rPr>
                <w:color w:val="FFFFFF" w:themeColor="background1"/>
              </w:rPr>
              <w:t>Afgørelser</w:t>
            </w:r>
            <w:proofErr w:type="spellEnd"/>
          </w:p>
        </w:tc>
        <w:tc>
          <w:tcPr>
            <w:tcW w:w="2024" w:type="dxa"/>
            <w:shd w:val="clear" w:color="auto" w:fill="4472C4"/>
          </w:tcPr>
          <w:p w14:paraId="400D3720" w14:textId="0EF20C74" w:rsidR="004E357A" w:rsidRDefault="004E357A">
            <w:pPr>
              <w:rPr>
                <w:color w:val="FFFFFF" w:themeColor="background1"/>
                <w:lang w:val="da-DK"/>
              </w:rPr>
            </w:pPr>
            <w:r w:rsidRPr="00A51FF8">
              <w:rPr>
                <w:color w:val="FFFFFF" w:themeColor="background1"/>
                <w:lang w:val="da-DK"/>
              </w:rPr>
              <w:t xml:space="preserve">Deadline </w:t>
            </w:r>
            <w:r w:rsidR="003B34F8">
              <w:rPr>
                <w:color w:val="FFFFFF" w:themeColor="background1"/>
                <w:lang w:val="da-DK"/>
              </w:rPr>
              <w:t>for fremsendelse</w:t>
            </w:r>
            <w:r w:rsidR="00E649F8">
              <w:rPr>
                <w:color w:val="FFFFFF" w:themeColor="background1"/>
                <w:lang w:val="da-DK"/>
              </w:rPr>
              <w:t xml:space="preserve"> af </w:t>
            </w:r>
            <w:proofErr w:type="spellStart"/>
            <w:r w:rsidR="00E649F8">
              <w:rPr>
                <w:color w:val="FFFFFF" w:themeColor="background1"/>
                <w:lang w:val="da-DK"/>
              </w:rPr>
              <w:t>indstiling</w:t>
            </w:r>
            <w:proofErr w:type="spellEnd"/>
            <w:r w:rsidR="003B34F8">
              <w:rPr>
                <w:color w:val="FFFFFF" w:themeColor="background1"/>
                <w:lang w:val="da-DK"/>
              </w:rPr>
              <w:t xml:space="preserve"> </w:t>
            </w:r>
            <w:r w:rsidRPr="00A51FF8">
              <w:rPr>
                <w:color w:val="FFFFFF" w:themeColor="background1"/>
                <w:lang w:val="da-DK"/>
              </w:rPr>
              <w:t xml:space="preserve">til </w:t>
            </w:r>
            <w:r w:rsidRPr="007D1AF0">
              <w:rPr>
                <w:color w:val="FFFFFF" w:themeColor="background1"/>
                <w:lang w:val="da-DK"/>
              </w:rPr>
              <w:t>PPR -</w:t>
            </w:r>
            <w:r>
              <w:rPr>
                <w:color w:val="FFFFFF" w:themeColor="background1"/>
                <w:lang w:val="da-DK"/>
              </w:rPr>
              <w:t xml:space="preserve"> ppr@svendborg.dk</w:t>
            </w:r>
          </w:p>
          <w:p w14:paraId="407556F5" w14:textId="0660864F" w:rsidR="004E357A" w:rsidRPr="00A51FF8" w:rsidRDefault="004E357A">
            <w:pPr>
              <w:rPr>
                <w:color w:val="FFFFFF" w:themeColor="background1"/>
                <w:lang w:val="da-DK"/>
              </w:rPr>
            </w:pPr>
            <w:r w:rsidRPr="00A51FF8">
              <w:rPr>
                <w:color w:val="FFFFFF" w:themeColor="background1"/>
                <w:lang w:val="da-DK"/>
              </w:rPr>
              <w:t>/tirsdag i uge</w:t>
            </w:r>
            <w:r>
              <w:rPr>
                <w:color w:val="FFFFFF" w:themeColor="background1"/>
                <w:lang w:val="da-DK"/>
              </w:rPr>
              <w:t>n</w:t>
            </w:r>
          </w:p>
        </w:tc>
        <w:tc>
          <w:tcPr>
            <w:tcW w:w="2024" w:type="dxa"/>
            <w:shd w:val="clear" w:color="auto" w:fill="4472C4"/>
          </w:tcPr>
          <w:p w14:paraId="5DB18B23" w14:textId="77777777" w:rsidR="004E357A" w:rsidRDefault="004E357A">
            <w:pPr>
              <w:rPr>
                <w:color w:val="FFFFFF" w:themeColor="background1"/>
                <w:lang w:val="da-DK"/>
              </w:rPr>
            </w:pPr>
            <w:r>
              <w:rPr>
                <w:color w:val="FFFFFF" w:themeColor="background1"/>
                <w:lang w:val="da-DK"/>
              </w:rPr>
              <w:t>Partshøringer/</w:t>
            </w:r>
          </w:p>
          <w:p w14:paraId="71716A72" w14:textId="0426C072" w:rsidR="004E357A" w:rsidRPr="00A51FF8" w:rsidRDefault="004E357A">
            <w:pPr>
              <w:rPr>
                <w:color w:val="FFFFFF" w:themeColor="background1"/>
                <w:lang w:val="da-DK"/>
              </w:rPr>
            </w:pPr>
            <w:r>
              <w:rPr>
                <w:color w:val="FFFFFF" w:themeColor="background1"/>
                <w:lang w:val="da-DK"/>
              </w:rPr>
              <w:t>forældredialoger</w:t>
            </w:r>
          </w:p>
        </w:tc>
        <w:tc>
          <w:tcPr>
            <w:tcW w:w="2024" w:type="dxa"/>
            <w:shd w:val="clear" w:color="auto" w:fill="4472C4"/>
          </w:tcPr>
          <w:p w14:paraId="777394B9" w14:textId="67743AB7" w:rsidR="004E357A" w:rsidRPr="00A51FF8" w:rsidRDefault="006A4CF8">
            <w:pPr>
              <w:rPr>
                <w:color w:val="FFFFFF" w:themeColor="background1"/>
                <w:lang w:val="da-DK"/>
              </w:rPr>
            </w:pPr>
            <w:r>
              <w:rPr>
                <w:color w:val="FFFFFF" w:themeColor="background1"/>
                <w:lang w:val="da-DK"/>
              </w:rPr>
              <w:t>Opstart</w:t>
            </w:r>
          </w:p>
        </w:tc>
      </w:tr>
      <w:tr w:rsidR="004E357A" w14:paraId="61828593" w14:textId="5A3A7720" w:rsidTr="001255CD">
        <w:tc>
          <w:tcPr>
            <w:tcW w:w="2097" w:type="dxa"/>
            <w:shd w:val="clear" w:color="auto" w:fill="D9E1F2"/>
          </w:tcPr>
          <w:p w14:paraId="3B082A5A" w14:textId="77777777" w:rsidR="004E357A" w:rsidRDefault="004E357A">
            <w:r>
              <w:t>Uge 40</w:t>
            </w:r>
          </w:p>
        </w:tc>
        <w:tc>
          <w:tcPr>
            <w:tcW w:w="2620" w:type="dxa"/>
            <w:shd w:val="clear" w:color="auto" w:fill="D9E1F2"/>
          </w:tcPr>
          <w:p w14:paraId="434D9B3B" w14:textId="77777777" w:rsidR="004E357A" w:rsidRDefault="004E357A">
            <w:proofErr w:type="spellStart"/>
            <w:r>
              <w:t>Ordinær</w:t>
            </w:r>
            <w:proofErr w:type="spellEnd"/>
            <w:r>
              <w:t xml:space="preserve"> </w:t>
            </w:r>
            <w:proofErr w:type="spellStart"/>
            <w:r>
              <w:t>visitationsdrøftelse</w:t>
            </w:r>
            <w:proofErr w:type="spellEnd"/>
          </w:p>
        </w:tc>
        <w:tc>
          <w:tcPr>
            <w:tcW w:w="1993" w:type="dxa"/>
            <w:shd w:val="clear" w:color="auto" w:fill="D9E1F2"/>
          </w:tcPr>
          <w:p w14:paraId="13490CCA" w14:textId="64DB7331" w:rsidR="004E357A" w:rsidRDefault="004E357A">
            <w:proofErr w:type="spellStart"/>
            <w:r>
              <w:t>uge</w:t>
            </w:r>
            <w:proofErr w:type="spellEnd"/>
            <w:r>
              <w:t xml:space="preserve"> 40-41</w:t>
            </w:r>
          </w:p>
        </w:tc>
        <w:tc>
          <w:tcPr>
            <w:tcW w:w="2024" w:type="dxa"/>
            <w:shd w:val="clear" w:color="auto" w:fill="D9E1F2"/>
          </w:tcPr>
          <w:p w14:paraId="747C5980" w14:textId="77777777" w:rsidR="004E357A" w:rsidRDefault="004E357A">
            <w:r>
              <w:t>Uge 37</w:t>
            </w:r>
          </w:p>
        </w:tc>
        <w:tc>
          <w:tcPr>
            <w:tcW w:w="2024" w:type="dxa"/>
            <w:shd w:val="clear" w:color="auto" w:fill="D9E1F2"/>
          </w:tcPr>
          <w:p w14:paraId="4E081697" w14:textId="2B2C36B9" w:rsidR="004E357A" w:rsidRDefault="006A4CF8">
            <w:r>
              <w:t>Uge 43-44</w:t>
            </w:r>
          </w:p>
        </w:tc>
        <w:tc>
          <w:tcPr>
            <w:tcW w:w="2024" w:type="dxa"/>
            <w:shd w:val="clear" w:color="auto" w:fill="D9E1F2"/>
          </w:tcPr>
          <w:p w14:paraId="0FF8F333" w14:textId="4F6CEBBC" w:rsidR="004E357A" w:rsidRDefault="006A4CF8">
            <w:r>
              <w:t>Uge 2</w:t>
            </w:r>
          </w:p>
        </w:tc>
      </w:tr>
      <w:tr w:rsidR="004E357A" w14:paraId="463C9B4E" w14:textId="6401E89D" w:rsidTr="001255CD">
        <w:tc>
          <w:tcPr>
            <w:tcW w:w="2097" w:type="dxa"/>
          </w:tcPr>
          <w:p w14:paraId="674B3ED4" w14:textId="77777777" w:rsidR="004E357A" w:rsidRDefault="004E357A">
            <w:r>
              <w:t>Uge 45</w:t>
            </w:r>
          </w:p>
        </w:tc>
        <w:tc>
          <w:tcPr>
            <w:tcW w:w="2620" w:type="dxa"/>
          </w:tcPr>
          <w:p w14:paraId="4CB63078" w14:textId="77777777" w:rsidR="004E357A" w:rsidRDefault="004E357A">
            <w:proofErr w:type="spellStart"/>
            <w:r>
              <w:t>Skolestartere</w:t>
            </w:r>
            <w:proofErr w:type="spellEnd"/>
            <w:r>
              <w:t xml:space="preserve"> – Byhaveskolen</w:t>
            </w:r>
          </w:p>
        </w:tc>
        <w:tc>
          <w:tcPr>
            <w:tcW w:w="1993" w:type="dxa"/>
          </w:tcPr>
          <w:p w14:paraId="046E4330" w14:textId="77777777" w:rsidR="004E357A" w:rsidRDefault="004E357A">
            <w:proofErr w:type="spellStart"/>
            <w:r>
              <w:t>uge</w:t>
            </w:r>
            <w:proofErr w:type="spellEnd"/>
            <w:r>
              <w:t xml:space="preserve"> 46-47</w:t>
            </w:r>
          </w:p>
        </w:tc>
        <w:tc>
          <w:tcPr>
            <w:tcW w:w="2024" w:type="dxa"/>
          </w:tcPr>
          <w:p w14:paraId="151448E1" w14:textId="77777777" w:rsidR="004E357A" w:rsidRDefault="004E357A">
            <w:r>
              <w:t>Uge 43</w:t>
            </w:r>
          </w:p>
        </w:tc>
        <w:tc>
          <w:tcPr>
            <w:tcW w:w="2024" w:type="dxa"/>
          </w:tcPr>
          <w:p w14:paraId="19CF0504" w14:textId="0E4096DF" w:rsidR="004E357A" w:rsidRDefault="004E357A"/>
        </w:tc>
        <w:tc>
          <w:tcPr>
            <w:tcW w:w="2024" w:type="dxa"/>
          </w:tcPr>
          <w:p w14:paraId="3845C31A" w14:textId="77777777" w:rsidR="004E357A" w:rsidRDefault="004E357A"/>
        </w:tc>
      </w:tr>
      <w:tr w:rsidR="004E357A" w14:paraId="7112DCD1" w14:textId="0E6E2EF2" w:rsidTr="001255CD">
        <w:tc>
          <w:tcPr>
            <w:tcW w:w="2097" w:type="dxa"/>
            <w:shd w:val="clear" w:color="auto" w:fill="D9E1F2"/>
          </w:tcPr>
          <w:p w14:paraId="1E1EE8B0" w14:textId="77777777" w:rsidR="004E357A" w:rsidRDefault="004E357A">
            <w:r>
              <w:t>Uge 48</w:t>
            </w:r>
          </w:p>
        </w:tc>
        <w:tc>
          <w:tcPr>
            <w:tcW w:w="2620" w:type="dxa"/>
            <w:shd w:val="clear" w:color="auto" w:fill="D9E1F2"/>
          </w:tcPr>
          <w:p w14:paraId="22D16A40" w14:textId="77777777" w:rsidR="004E357A" w:rsidRDefault="004E357A">
            <w:proofErr w:type="spellStart"/>
            <w:r>
              <w:t>Skolestartere</w:t>
            </w:r>
            <w:proofErr w:type="spellEnd"/>
            <w:r>
              <w:t xml:space="preserve"> – </w:t>
            </w:r>
            <w:proofErr w:type="spellStart"/>
            <w:r>
              <w:t>Centerafdelingen</w:t>
            </w:r>
            <w:proofErr w:type="spellEnd"/>
          </w:p>
        </w:tc>
        <w:tc>
          <w:tcPr>
            <w:tcW w:w="1993" w:type="dxa"/>
            <w:shd w:val="clear" w:color="auto" w:fill="D9E1F2"/>
          </w:tcPr>
          <w:p w14:paraId="56E5E992" w14:textId="77777777" w:rsidR="004E357A" w:rsidRDefault="004E357A">
            <w:proofErr w:type="spellStart"/>
            <w:r>
              <w:t>uge</w:t>
            </w:r>
            <w:proofErr w:type="spellEnd"/>
            <w:r>
              <w:t xml:space="preserve"> 49-50</w:t>
            </w:r>
          </w:p>
        </w:tc>
        <w:tc>
          <w:tcPr>
            <w:tcW w:w="2024" w:type="dxa"/>
            <w:shd w:val="clear" w:color="auto" w:fill="D9E1F2"/>
          </w:tcPr>
          <w:p w14:paraId="4D3E7B74" w14:textId="77777777" w:rsidR="004E357A" w:rsidRDefault="004E357A">
            <w:r>
              <w:t>Uge 45</w:t>
            </w:r>
          </w:p>
        </w:tc>
        <w:tc>
          <w:tcPr>
            <w:tcW w:w="2024" w:type="dxa"/>
            <w:shd w:val="clear" w:color="auto" w:fill="D9E1F2"/>
          </w:tcPr>
          <w:p w14:paraId="2B1286ED" w14:textId="77777777" w:rsidR="004E357A" w:rsidRDefault="004E357A"/>
        </w:tc>
        <w:tc>
          <w:tcPr>
            <w:tcW w:w="2024" w:type="dxa"/>
            <w:shd w:val="clear" w:color="auto" w:fill="D9E1F2"/>
          </w:tcPr>
          <w:p w14:paraId="340BC0B9" w14:textId="77777777" w:rsidR="004E357A" w:rsidRDefault="004E357A"/>
        </w:tc>
      </w:tr>
      <w:tr w:rsidR="004E357A" w14:paraId="601D2826" w14:textId="663292DD" w:rsidTr="001255CD">
        <w:tc>
          <w:tcPr>
            <w:tcW w:w="2097" w:type="dxa"/>
          </w:tcPr>
          <w:p w14:paraId="7BAE294B" w14:textId="77777777" w:rsidR="004E357A" w:rsidRDefault="004E357A">
            <w:r>
              <w:t>Uge 49</w:t>
            </w:r>
          </w:p>
        </w:tc>
        <w:tc>
          <w:tcPr>
            <w:tcW w:w="2620" w:type="dxa"/>
          </w:tcPr>
          <w:p w14:paraId="63732DB0" w14:textId="77777777" w:rsidR="004E357A" w:rsidRDefault="004E357A">
            <w:proofErr w:type="spellStart"/>
            <w:r>
              <w:t>Ordinær</w:t>
            </w:r>
            <w:proofErr w:type="spellEnd"/>
            <w:r>
              <w:t xml:space="preserve"> </w:t>
            </w:r>
            <w:proofErr w:type="spellStart"/>
            <w:r>
              <w:t>visitationsdrøftelse</w:t>
            </w:r>
            <w:proofErr w:type="spellEnd"/>
          </w:p>
        </w:tc>
        <w:tc>
          <w:tcPr>
            <w:tcW w:w="1993" w:type="dxa"/>
          </w:tcPr>
          <w:p w14:paraId="54AC9420" w14:textId="51DF06BA" w:rsidR="004E357A" w:rsidRDefault="004E357A">
            <w:proofErr w:type="spellStart"/>
            <w:r>
              <w:t>uge</w:t>
            </w:r>
            <w:proofErr w:type="spellEnd"/>
            <w:r>
              <w:t xml:space="preserve"> 50-51, </w:t>
            </w:r>
          </w:p>
        </w:tc>
        <w:tc>
          <w:tcPr>
            <w:tcW w:w="2024" w:type="dxa"/>
          </w:tcPr>
          <w:p w14:paraId="7BBB6BA2" w14:textId="77777777" w:rsidR="004E357A" w:rsidRDefault="004E357A">
            <w:r>
              <w:t>Uge 47</w:t>
            </w:r>
          </w:p>
        </w:tc>
        <w:tc>
          <w:tcPr>
            <w:tcW w:w="2024" w:type="dxa"/>
          </w:tcPr>
          <w:p w14:paraId="1BE60948" w14:textId="1F4CDD30" w:rsidR="004E357A" w:rsidRDefault="00B4281B">
            <w:r>
              <w:t xml:space="preserve">Uge </w:t>
            </w:r>
            <w:r w:rsidR="008A03C8">
              <w:t>1-3</w:t>
            </w:r>
          </w:p>
        </w:tc>
        <w:tc>
          <w:tcPr>
            <w:tcW w:w="2024" w:type="dxa"/>
          </w:tcPr>
          <w:p w14:paraId="3D39268A" w14:textId="3EE746C8" w:rsidR="004E357A" w:rsidRDefault="006A4CF8">
            <w:r>
              <w:t>Uge 9</w:t>
            </w:r>
          </w:p>
        </w:tc>
      </w:tr>
      <w:tr w:rsidR="004E357A" w14:paraId="1D9EA0B8" w14:textId="153388C6" w:rsidTr="001255CD">
        <w:tc>
          <w:tcPr>
            <w:tcW w:w="2097" w:type="dxa"/>
            <w:shd w:val="clear" w:color="auto" w:fill="D9E1F2"/>
          </w:tcPr>
          <w:p w14:paraId="599A3536" w14:textId="199202AB" w:rsidR="004E357A" w:rsidRDefault="004E357A">
            <w:r>
              <w:t xml:space="preserve">Uge </w:t>
            </w:r>
            <w:r w:rsidR="005B4B96">
              <w:t>4</w:t>
            </w:r>
          </w:p>
        </w:tc>
        <w:tc>
          <w:tcPr>
            <w:tcW w:w="2620" w:type="dxa"/>
            <w:shd w:val="clear" w:color="auto" w:fill="D9E1F2"/>
          </w:tcPr>
          <w:p w14:paraId="0BF838AE" w14:textId="16F68B7D" w:rsidR="004E357A" w:rsidRDefault="004E357A">
            <w:proofErr w:type="spellStart"/>
            <w:r>
              <w:t>Skolestartere</w:t>
            </w:r>
            <w:proofErr w:type="spellEnd"/>
            <w:r>
              <w:t xml:space="preserve"> 1. </w:t>
            </w:r>
            <w:proofErr w:type="spellStart"/>
            <w:r>
              <w:t>runde</w:t>
            </w:r>
            <w:proofErr w:type="spellEnd"/>
          </w:p>
        </w:tc>
        <w:tc>
          <w:tcPr>
            <w:tcW w:w="1993" w:type="dxa"/>
            <w:shd w:val="clear" w:color="auto" w:fill="D9E1F2"/>
          </w:tcPr>
          <w:p w14:paraId="4CA31971" w14:textId="08AA13CA" w:rsidR="004E357A" w:rsidRDefault="004E357A">
            <w:proofErr w:type="spellStart"/>
            <w:r>
              <w:t>uge</w:t>
            </w:r>
            <w:proofErr w:type="spellEnd"/>
            <w:r>
              <w:t xml:space="preserve"> </w:t>
            </w:r>
            <w:r w:rsidR="005B4B96">
              <w:t>5</w:t>
            </w:r>
            <w:r>
              <w:t>-6</w:t>
            </w:r>
          </w:p>
        </w:tc>
        <w:tc>
          <w:tcPr>
            <w:tcW w:w="2024" w:type="dxa"/>
            <w:shd w:val="clear" w:color="auto" w:fill="D9E1F2"/>
          </w:tcPr>
          <w:p w14:paraId="2813E0AA" w14:textId="77777777" w:rsidR="004E357A" w:rsidRDefault="004E357A">
            <w:r>
              <w:t>Uge 2</w:t>
            </w:r>
          </w:p>
        </w:tc>
        <w:tc>
          <w:tcPr>
            <w:tcW w:w="2024" w:type="dxa"/>
            <w:shd w:val="clear" w:color="auto" w:fill="D9E1F2"/>
          </w:tcPr>
          <w:p w14:paraId="130088D7" w14:textId="77777777" w:rsidR="004E357A" w:rsidRDefault="004E357A"/>
        </w:tc>
        <w:tc>
          <w:tcPr>
            <w:tcW w:w="2024" w:type="dxa"/>
            <w:shd w:val="clear" w:color="auto" w:fill="D9E1F2"/>
          </w:tcPr>
          <w:p w14:paraId="7512C827" w14:textId="09D5D407" w:rsidR="004E357A" w:rsidRDefault="004E357A"/>
        </w:tc>
      </w:tr>
      <w:tr w:rsidR="004E357A" w14:paraId="7B80B939" w14:textId="270782BC" w:rsidTr="001255CD">
        <w:tc>
          <w:tcPr>
            <w:tcW w:w="2097" w:type="dxa"/>
          </w:tcPr>
          <w:p w14:paraId="698866D7" w14:textId="77777777" w:rsidR="004E357A" w:rsidRDefault="004E357A">
            <w:r>
              <w:t>Uge 5</w:t>
            </w:r>
          </w:p>
        </w:tc>
        <w:tc>
          <w:tcPr>
            <w:tcW w:w="2620" w:type="dxa"/>
          </w:tcPr>
          <w:p w14:paraId="30DE488F" w14:textId="77777777" w:rsidR="004E357A" w:rsidRDefault="004E357A">
            <w:r>
              <w:t xml:space="preserve">10. </w:t>
            </w:r>
            <w:proofErr w:type="spellStart"/>
            <w:r>
              <w:t>klasse</w:t>
            </w:r>
            <w:proofErr w:type="spellEnd"/>
            <w:r>
              <w:t xml:space="preserve"> og </w:t>
            </w:r>
            <w:proofErr w:type="spellStart"/>
            <w:r>
              <w:t>dispensationer</w:t>
            </w:r>
            <w:proofErr w:type="spellEnd"/>
          </w:p>
        </w:tc>
        <w:tc>
          <w:tcPr>
            <w:tcW w:w="1993" w:type="dxa"/>
          </w:tcPr>
          <w:p w14:paraId="5A92527D" w14:textId="77777777" w:rsidR="004E357A" w:rsidRDefault="004E357A">
            <w:proofErr w:type="spellStart"/>
            <w:r>
              <w:t>uge</w:t>
            </w:r>
            <w:proofErr w:type="spellEnd"/>
            <w:r>
              <w:t xml:space="preserve"> 6</w:t>
            </w:r>
          </w:p>
        </w:tc>
        <w:tc>
          <w:tcPr>
            <w:tcW w:w="2024" w:type="dxa"/>
          </w:tcPr>
          <w:p w14:paraId="3A737C9F" w14:textId="77777777" w:rsidR="004E357A" w:rsidRDefault="004E357A">
            <w:r>
              <w:t>Uge 3</w:t>
            </w:r>
          </w:p>
        </w:tc>
        <w:tc>
          <w:tcPr>
            <w:tcW w:w="2024" w:type="dxa"/>
          </w:tcPr>
          <w:p w14:paraId="0A9E2FB5" w14:textId="77777777" w:rsidR="004E357A" w:rsidRDefault="004E357A"/>
        </w:tc>
        <w:tc>
          <w:tcPr>
            <w:tcW w:w="2024" w:type="dxa"/>
          </w:tcPr>
          <w:p w14:paraId="662F3C2A" w14:textId="413F0DE1" w:rsidR="004E357A" w:rsidRDefault="008A03C8">
            <w:r>
              <w:t>Uge 32</w:t>
            </w:r>
          </w:p>
        </w:tc>
      </w:tr>
      <w:tr w:rsidR="004E357A" w14:paraId="15CDE253" w14:textId="1141398A" w:rsidTr="001255CD">
        <w:tc>
          <w:tcPr>
            <w:tcW w:w="2097" w:type="dxa"/>
            <w:shd w:val="clear" w:color="auto" w:fill="D9E1F2"/>
          </w:tcPr>
          <w:p w14:paraId="144EBB44" w14:textId="77777777" w:rsidR="004E357A" w:rsidRDefault="004E357A">
            <w:r>
              <w:t>Uge 9-11</w:t>
            </w:r>
          </w:p>
        </w:tc>
        <w:tc>
          <w:tcPr>
            <w:tcW w:w="2620" w:type="dxa"/>
            <w:shd w:val="clear" w:color="auto" w:fill="D9E1F2"/>
          </w:tcPr>
          <w:p w14:paraId="2B72E769" w14:textId="6BB89A09" w:rsidR="004E357A" w:rsidRPr="00A51FF8" w:rsidRDefault="004E357A">
            <w:pPr>
              <w:rPr>
                <w:lang w:val="da-DK"/>
              </w:rPr>
            </w:pPr>
            <w:r w:rsidRPr="00A51FF8">
              <w:rPr>
                <w:lang w:val="da-DK"/>
              </w:rPr>
              <w:t xml:space="preserve">Decentral visitation </w:t>
            </w:r>
            <w:proofErr w:type="spellStart"/>
            <w:r w:rsidRPr="00A51FF8">
              <w:rPr>
                <w:lang w:val="da-DK"/>
              </w:rPr>
              <w:t>spec</w:t>
            </w:r>
            <w:proofErr w:type="spellEnd"/>
            <w:r w:rsidRPr="00A51FF8">
              <w:rPr>
                <w:lang w:val="da-DK"/>
              </w:rPr>
              <w:t>.</w:t>
            </w:r>
            <w:r>
              <w:rPr>
                <w:lang w:val="da-DK"/>
              </w:rPr>
              <w:t xml:space="preserve">  </w:t>
            </w:r>
            <w:r w:rsidRPr="00A51FF8">
              <w:rPr>
                <w:lang w:val="da-DK"/>
              </w:rPr>
              <w:t>uv. almen (lokalt)</w:t>
            </w:r>
          </w:p>
        </w:tc>
        <w:tc>
          <w:tcPr>
            <w:tcW w:w="1993" w:type="dxa"/>
            <w:shd w:val="clear" w:color="auto" w:fill="D9E1F2"/>
          </w:tcPr>
          <w:p w14:paraId="72247A76" w14:textId="2AB53769" w:rsidR="004E357A" w:rsidRPr="00A51FF8" w:rsidRDefault="004E357A">
            <w:pPr>
              <w:rPr>
                <w:lang w:val="da-DK"/>
              </w:rPr>
            </w:pPr>
            <w:r>
              <w:rPr>
                <w:lang w:val="da-DK"/>
              </w:rPr>
              <w:t>v. Skoleleder</w:t>
            </w:r>
            <w:r w:rsidRPr="00A51FF8">
              <w:rPr>
                <w:lang w:val="da-DK"/>
              </w:rPr>
              <w:t xml:space="preserve"> / </w:t>
            </w:r>
            <w:r>
              <w:rPr>
                <w:lang w:val="da-DK"/>
              </w:rPr>
              <w:t xml:space="preserve">kan </w:t>
            </w:r>
            <w:r w:rsidRPr="00A51FF8">
              <w:rPr>
                <w:lang w:val="da-DK"/>
              </w:rPr>
              <w:t>indkalde PPR</w:t>
            </w:r>
          </w:p>
        </w:tc>
        <w:tc>
          <w:tcPr>
            <w:tcW w:w="2024" w:type="dxa"/>
            <w:shd w:val="clear" w:color="auto" w:fill="D9E1F2"/>
          </w:tcPr>
          <w:p w14:paraId="7C7B0077" w14:textId="56203480" w:rsidR="004E357A" w:rsidRDefault="004E357A">
            <w:proofErr w:type="spellStart"/>
            <w:r>
              <w:t>Skoler</w:t>
            </w:r>
            <w:proofErr w:type="spellEnd"/>
            <w:r>
              <w:t xml:space="preserve"> </w:t>
            </w:r>
            <w:proofErr w:type="spellStart"/>
            <w:r>
              <w:t>modtager</w:t>
            </w:r>
            <w:proofErr w:type="spellEnd"/>
            <w:r>
              <w:t xml:space="preserve"> PPV </w:t>
            </w:r>
            <w:proofErr w:type="spellStart"/>
            <w:r>
              <w:t>uge</w:t>
            </w:r>
            <w:proofErr w:type="spellEnd"/>
            <w:r>
              <w:t xml:space="preserve"> 8-9</w:t>
            </w:r>
          </w:p>
        </w:tc>
        <w:tc>
          <w:tcPr>
            <w:tcW w:w="2024" w:type="dxa"/>
            <w:shd w:val="clear" w:color="auto" w:fill="D9E1F2"/>
          </w:tcPr>
          <w:p w14:paraId="6D7DC06D" w14:textId="77777777" w:rsidR="004E357A" w:rsidRDefault="004E357A"/>
        </w:tc>
        <w:tc>
          <w:tcPr>
            <w:tcW w:w="2024" w:type="dxa"/>
            <w:shd w:val="clear" w:color="auto" w:fill="D9E1F2"/>
          </w:tcPr>
          <w:p w14:paraId="0E4929B8" w14:textId="384AF832" w:rsidR="004E357A" w:rsidRDefault="00C67DCB">
            <w:r>
              <w:t>Uge 32</w:t>
            </w:r>
          </w:p>
        </w:tc>
      </w:tr>
      <w:tr w:rsidR="004E357A" w14:paraId="2172BBEB" w14:textId="72DC705A" w:rsidTr="001255CD">
        <w:tc>
          <w:tcPr>
            <w:tcW w:w="2097" w:type="dxa"/>
          </w:tcPr>
          <w:p w14:paraId="16703ED4" w14:textId="77777777" w:rsidR="004E357A" w:rsidRDefault="004E357A">
            <w:r>
              <w:lastRenderedPageBreak/>
              <w:t>Uge 9</w:t>
            </w:r>
          </w:p>
        </w:tc>
        <w:tc>
          <w:tcPr>
            <w:tcW w:w="2620" w:type="dxa"/>
          </w:tcPr>
          <w:p w14:paraId="6B271917" w14:textId="77777777" w:rsidR="004E357A" w:rsidRDefault="004E357A">
            <w:proofErr w:type="spellStart"/>
            <w:r>
              <w:t>Ordinær</w:t>
            </w:r>
            <w:proofErr w:type="spellEnd"/>
            <w:r>
              <w:t xml:space="preserve"> </w:t>
            </w:r>
            <w:proofErr w:type="spellStart"/>
            <w:r>
              <w:t>visitationsdrøftelse</w:t>
            </w:r>
            <w:proofErr w:type="spellEnd"/>
          </w:p>
        </w:tc>
        <w:tc>
          <w:tcPr>
            <w:tcW w:w="1993" w:type="dxa"/>
          </w:tcPr>
          <w:p w14:paraId="55FA6B89" w14:textId="77777777" w:rsidR="004E357A" w:rsidRDefault="004E357A">
            <w:proofErr w:type="spellStart"/>
            <w:r>
              <w:t>uge</w:t>
            </w:r>
            <w:proofErr w:type="spellEnd"/>
            <w:r>
              <w:t xml:space="preserve"> 10-11</w:t>
            </w:r>
          </w:p>
        </w:tc>
        <w:tc>
          <w:tcPr>
            <w:tcW w:w="2024" w:type="dxa"/>
          </w:tcPr>
          <w:p w14:paraId="02FC3B11" w14:textId="77777777" w:rsidR="004E357A" w:rsidRDefault="004E357A">
            <w:r>
              <w:t>Uge 6</w:t>
            </w:r>
          </w:p>
        </w:tc>
        <w:tc>
          <w:tcPr>
            <w:tcW w:w="2024" w:type="dxa"/>
          </w:tcPr>
          <w:p w14:paraId="3BB43DBD" w14:textId="0C3F97EC" w:rsidR="004E357A" w:rsidRDefault="008A03C8">
            <w:r>
              <w:t>Uge 12-14</w:t>
            </w:r>
          </w:p>
        </w:tc>
        <w:tc>
          <w:tcPr>
            <w:tcW w:w="2024" w:type="dxa"/>
          </w:tcPr>
          <w:p w14:paraId="0DCF0F28" w14:textId="480B5113" w:rsidR="004E357A" w:rsidRDefault="00C67DCB">
            <w:r>
              <w:t>Uge 32</w:t>
            </w:r>
          </w:p>
        </w:tc>
      </w:tr>
      <w:tr w:rsidR="005B4B96" w14:paraId="2C84BA4D" w14:textId="7F133F5F" w:rsidTr="001255CD">
        <w:tc>
          <w:tcPr>
            <w:tcW w:w="2097" w:type="dxa"/>
            <w:shd w:val="clear" w:color="auto" w:fill="D9E1F2"/>
          </w:tcPr>
          <w:p w14:paraId="499FD774" w14:textId="77777777" w:rsidR="005B4B96" w:rsidRDefault="005B4B96" w:rsidP="005B4B96">
            <w:r>
              <w:t>Uge 21</w:t>
            </w:r>
          </w:p>
        </w:tc>
        <w:tc>
          <w:tcPr>
            <w:tcW w:w="2620" w:type="dxa"/>
            <w:shd w:val="clear" w:color="auto" w:fill="D9E1F2"/>
          </w:tcPr>
          <w:p w14:paraId="141946A6" w14:textId="240D6DF8" w:rsidR="005B4B96" w:rsidRDefault="005B4B96" w:rsidP="005B4B96">
            <w:proofErr w:type="spellStart"/>
            <w:r>
              <w:t>Ordinær</w:t>
            </w:r>
            <w:proofErr w:type="spellEnd"/>
            <w:r>
              <w:t xml:space="preserve"> </w:t>
            </w:r>
            <w:proofErr w:type="spellStart"/>
            <w:r>
              <w:t>visitationsdrøftelse</w:t>
            </w:r>
            <w:proofErr w:type="spellEnd"/>
          </w:p>
        </w:tc>
        <w:tc>
          <w:tcPr>
            <w:tcW w:w="1993" w:type="dxa"/>
            <w:shd w:val="clear" w:color="auto" w:fill="D9E1F2"/>
          </w:tcPr>
          <w:p w14:paraId="28B8090D" w14:textId="77777777" w:rsidR="005B4B96" w:rsidRDefault="005B4B96" w:rsidP="005B4B96">
            <w:proofErr w:type="spellStart"/>
            <w:r>
              <w:t>uge</w:t>
            </w:r>
            <w:proofErr w:type="spellEnd"/>
            <w:r>
              <w:t xml:space="preserve"> 22-23</w:t>
            </w:r>
          </w:p>
        </w:tc>
        <w:tc>
          <w:tcPr>
            <w:tcW w:w="2024" w:type="dxa"/>
            <w:shd w:val="clear" w:color="auto" w:fill="D9E1F2"/>
          </w:tcPr>
          <w:p w14:paraId="373FFAC9" w14:textId="77777777" w:rsidR="005B4B96" w:rsidRDefault="005B4B96" w:rsidP="005B4B96">
            <w:r>
              <w:t>Uge 19</w:t>
            </w:r>
          </w:p>
        </w:tc>
        <w:tc>
          <w:tcPr>
            <w:tcW w:w="2024" w:type="dxa"/>
            <w:shd w:val="clear" w:color="auto" w:fill="D9E1F2"/>
          </w:tcPr>
          <w:p w14:paraId="3E77C926" w14:textId="31909DA8" w:rsidR="005B4B96" w:rsidRDefault="005B4B96" w:rsidP="005B4B96">
            <w:r>
              <w:t>Uge 25-26</w:t>
            </w:r>
          </w:p>
        </w:tc>
        <w:tc>
          <w:tcPr>
            <w:tcW w:w="2024" w:type="dxa"/>
            <w:shd w:val="clear" w:color="auto" w:fill="D9E1F2"/>
          </w:tcPr>
          <w:p w14:paraId="20732363" w14:textId="13FCF37A" w:rsidR="005B4B96" w:rsidRDefault="005B4B96" w:rsidP="005B4B96">
            <w:r>
              <w:t>Uge 32</w:t>
            </w:r>
          </w:p>
        </w:tc>
      </w:tr>
      <w:tr w:rsidR="005B4B96" w14:paraId="5685905A" w14:textId="42A42C43" w:rsidTr="001255CD">
        <w:tc>
          <w:tcPr>
            <w:tcW w:w="2097" w:type="dxa"/>
          </w:tcPr>
          <w:p w14:paraId="7AEBE82C" w14:textId="77777777" w:rsidR="005B4B96" w:rsidRDefault="005B4B96" w:rsidP="005B4B96">
            <w:r>
              <w:t>Uge 22</w:t>
            </w:r>
          </w:p>
        </w:tc>
        <w:tc>
          <w:tcPr>
            <w:tcW w:w="2620" w:type="dxa"/>
          </w:tcPr>
          <w:p w14:paraId="4736D5C6" w14:textId="2DB70271" w:rsidR="005B4B96" w:rsidRDefault="005B4B96" w:rsidP="005B4B96">
            <w:proofErr w:type="spellStart"/>
            <w:r>
              <w:t>Skolestartere</w:t>
            </w:r>
            <w:proofErr w:type="spellEnd"/>
            <w:r>
              <w:t xml:space="preserve"> 2. </w:t>
            </w:r>
            <w:proofErr w:type="spellStart"/>
            <w:r>
              <w:t>runde</w:t>
            </w:r>
            <w:proofErr w:type="spellEnd"/>
            <w:r>
              <w:t xml:space="preserve"> </w:t>
            </w:r>
          </w:p>
        </w:tc>
        <w:tc>
          <w:tcPr>
            <w:tcW w:w="1993" w:type="dxa"/>
          </w:tcPr>
          <w:p w14:paraId="1DB3D517" w14:textId="77777777" w:rsidR="005B4B96" w:rsidRDefault="005B4B96" w:rsidP="005B4B96">
            <w:proofErr w:type="spellStart"/>
            <w:r>
              <w:t>uge</w:t>
            </w:r>
            <w:proofErr w:type="spellEnd"/>
            <w:r>
              <w:t xml:space="preserve"> 23-24</w:t>
            </w:r>
          </w:p>
        </w:tc>
        <w:tc>
          <w:tcPr>
            <w:tcW w:w="2024" w:type="dxa"/>
          </w:tcPr>
          <w:p w14:paraId="170283C3" w14:textId="2DD82B77" w:rsidR="005B4B96" w:rsidRDefault="005B4B96" w:rsidP="005B4B96">
            <w:r>
              <w:t xml:space="preserve">Uge </w:t>
            </w:r>
            <w:r w:rsidR="000B4D2B">
              <w:t>19</w:t>
            </w:r>
          </w:p>
        </w:tc>
        <w:tc>
          <w:tcPr>
            <w:tcW w:w="2024" w:type="dxa"/>
          </w:tcPr>
          <w:p w14:paraId="7651CF0F" w14:textId="739ACA6E" w:rsidR="005B4B96" w:rsidRDefault="000B4D2B" w:rsidP="005B4B96">
            <w:r>
              <w:t>Uge 2</w:t>
            </w:r>
            <w:r w:rsidR="001E1172">
              <w:t>5-26</w:t>
            </w:r>
          </w:p>
        </w:tc>
        <w:tc>
          <w:tcPr>
            <w:tcW w:w="2024" w:type="dxa"/>
          </w:tcPr>
          <w:p w14:paraId="2F42CCEC" w14:textId="5C3489C8" w:rsidR="005B4B96" w:rsidRDefault="000B4D2B" w:rsidP="005B4B96">
            <w:r>
              <w:t>Uge 32</w:t>
            </w:r>
          </w:p>
        </w:tc>
      </w:tr>
      <w:tr w:rsidR="005B4B96" w:rsidRPr="003B34F8" w14:paraId="0A2438C0" w14:textId="72DFB564" w:rsidTr="001255CD">
        <w:tc>
          <w:tcPr>
            <w:tcW w:w="8734" w:type="dxa"/>
            <w:gridSpan w:val="4"/>
            <w:shd w:val="clear" w:color="auto" w:fill="D9E1F2"/>
          </w:tcPr>
          <w:p w14:paraId="32308327" w14:textId="342ACE1E" w:rsidR="005B4B96" w:rsidRPr="00A51FF8" w:rsidRDefault="007C48FB" w:rsidP="007C48FB">
            <w:pPr>
              <w:rPr>
                <w:lang w:val="da-DK"/>
              </w:rPr>
            </w:pPr>
            <w:r>
              <w:rPr>
                <w:lang w:val="da-DK"/>
              </w:rPr>
              <w:br/>
            </w:r>
            <w:r w:rsidR="005B4B96" w:rsidRPr="00E649F8">
              <w:rPr>
                <w:b/>
                <w:bCs/>
                <w:lang w:val="da-DK"/>
              </w:rPr>
              <w:t xml:space="preserve">Skolerne </w:t>
            </w:r>
            <w:r w:rsidR="00E649F8" w:rsidRPr="00E649F8">
              <w:rPr>
                <w:b/>
                <w:bCs/>
                <w:lang w:val="da-DK"/>
              </w:rPr>
              <w:t xml:space="preserve">skal </w:t>
            </w:r>
            <w:r w:rsidR="005B4B96" w:rsidRPr="00E649F8">
              <w:rPr>
                <w:b/>
                <w:bCs/>
                <w:lang w:val="da-DK"/>
              </w:rPr>
              <w:t xml:space="preserve">modtage PPV </w:t>
            </w:r>
            <w:r w:rsidR="00E649F8" w:rsidRPr="00E649F8">
              <w:rPr>
                <w:b/>
                <w:bCs/>
                <w:lang w:val="da-DK"/>
              </w:rPr>
              <w:t xml:space="preserve">fra PPR </w:t>
            </w:r>
            <w:r w:rsidR="005B4B96" w:rsidRPr="00E649F8">
              <w:rPr>
                <w:b/>
                <w:bCs/>
                <w:lang w:val="da-DK"/>
              </w:rPr>
              <w:t xml:space="preserve">en uge før deadline. </w:t>
            </w:r>
            <w:r w:rsidR="005B4B96" w:rsidRPr="00E649F8">
              <w:rPr>
                <w:b/>
                <w:bCs/>
                <w:lang w:val="da-DK"/>
              </w:rPr>
              <w:br/>
            </w:r>
            <w:r>
              <w:rPr>
                <w:lang w:val="da-DK"/>
              </w:rPr>
              <w:br/>
            </w:r>
            <w:r w:rsidR="005B4B96" w:rsidRPr="00A51FF8">
              <w:rPr>
                <w:lang w:val="da-DK"/>
              </w:rPr>
              <w:t xml:space="preserve">Indstillingsskema forefindes på </w:t>
            </w:r>
            <w:r w:rsidR="005B4B96" w:rsidRPr="007C48FB">
              <w:rPr>
                <w:u w:val="single"/>
                <w:lang w:val="da-DK"/>
              </w:rPr>
              <w:t>pprsvendborg.dk</w:t>
            </w:r>
            <w:r w:rsidR="005B4B96" w:rsidRPr="00A51FF8">
              <w:rPr>
                <w:lang w:val="da-DK"/>
              </w:rPr>
              <w:t xml:space="preserve"> </w:t>
            </w:r>
            <w:r w:rsidR="005B4B96">
              <w:rPr>
                <w:lang w:val="da-DK"/>
              </w:rPr>
              <w:t xml:space="preserve">- </w:t>
            </w:r>
            <w:r w:rsidR="005B4B96" w:rsidRPr="00A51FF8">
              <w:rPr>
                <w:lang w:val="da-DK"/>
              </w:rPr>
              <w:t xml:space="preserve">under </w:t>
            </w:r>
            <w:r w:rsidR="005B4B96">
              <w:rPr>
                <w:lang w:val="da-DK"/>
              </w:rPr>
              <w:t>V</w:t>
            </w:r>
            <w:r w:rsidR="005B4B96" w:rsidRPr="00A51FF8">
              <w:rPr>
                <w:lang w:val="da-DK"/>
              </w:rPr>
              <w:t>isitationer</w:t>
            </w:r>
          </w:p>
        </w:tc>
        <w:tc>
          <w:tcPr>
            <w:tcW w:w="2024" w:type="dxa"/>
            <w:shd w:val="clear" w:color="auto" w:fill="D9E1F2"/>
          </w:tcPr>
          <w:p w14:paraId="7E3FA600" w14:textId="77777777" w:rsidR="005B4B96" w:rsidRPr="00A51FF8" w:rsidRDefault="005B4B96" w:rsidP="005B4B96">
            <w:pPr>
              <w:rPr>
                <w:lang w:val="da-DK"/>
              </w:rPr>
            </w:pPr>
          </w:p>
        </w:tc>
        <w:tc>
          <w:tcPr>
            <w:tcW w:w="2024" w:type="dxa"/>
            <w:shd w:val="clear" w:color="auto" w:fill="D9E1F2"/>
          </w:tcPr>
          <w:p w14:paraId="0B3EA7E1" w14:textId="77777777" w:rsidR="005B4B96" w:rsidRPr="00A51FF8" w:rsidRDefault="005B4B96" w:rsidP="005B4B96">
            <w:pPr>
              <w:rPr>
                <w:lang w:val="da-DK"/>
              </w:rPr>
            </w:pPr>
          </w:p>
        </w:tc>
      </w:tr>
    </w:tbl>
    <w:p w14:paraId="2AA1DF77" w14:textId="77777777" w:rsidR="005B5919" w:rsidRPr="00A51FF8" w:rsidRDefault="005B5919">
      <w:pPr>
        <w:rPr>
          <w:lang w:val="da-DK"/>
        </w:rPr>
      </w:pPr>
    </w:p>
    <w:sectPr w:rsidR="005B5919" w:rsidRPr="00A51FF8" w:rsidSect="004E357A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544237">
    <w:abstractNumId w:val="8"/>
  </w:num>
  <w:num w:numId="2" w16cid:durableId="649865511">
    <w:abstractNumId w:val="6"/>
  </w:num>
  <w:num w:numId="3" w16cid:durableId="1766224173">
    <w:abstractNumId w:val="5"/>
  </w:num>
  <w:num w:numId="4" w16cid:durableId="1242982370">
    <w:abstractNumId w:val="4"/>
  </w:num>
  <w:num w:numId="5" w16cid:durableId="2104913781">
    <w:abstractNumId w:val="7"/>
  </w:num>
  <w:num w:numId="6" w16cid:durableId="1064569261">
    <w:abstractNumId w:val="3"/>
  </w:num>
  <w:num w:numId="7" w16cid:durableId="585653763">
    <w:abstractNumId w:val="2"/>
  </w:num>
  <w:num w:numId="8" w16cid:durableId="1272974404">
    <w:abstractNumId w:val="1"/>
  </w:num>
  <w:num w:numId="9" w16cid:durableId="140745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AFA"/>
    <w:rsid w:val="0006063C"/>
    <w:rsid w:val="000A5171"/>
    <w:rsid w:val="000B4D2B"/>
    <w:rsid w:val="001255CD"/>
    <w:rsid w:val="00141D63"/>
    <w:rsid w:val="0015074B"/>
    <w:rsid w:val="001E1172"/>
    <w:rsid w:val="001F7F4C"/>
    <w:rsid w:val="002340C6"/>
    <w:rsid w:val="00275095"/>
    <w:rsid w:val="0029639D"/>
    <w:rsid w:val="00326F90"/>
    <w:rsid w:val="003B34F8"/>
    <w:rsid w:val="003C7074"/>
    <w:rsid w:val="004E357A"/>
    <w:rsid w:val="00534628"/>
    <w:rsid w:val="005B4B96"/>
    <w:rsid w:val="005B5919"/>
    <w:rsid w:val="00622A2C"/>
    <w:rsid w:val="00686C79"/>
    <w:rsid w:val="006A4CF8"/>
    <w:rsid w:val="007C48FB"/>
    <w:rsid w:val="007D1AF0"/>
    <w:rsid w:val="00814B73"/>
    <w:rsid w:val="0084374F"/>
    <w:rsid w:val="00863886"/>
    <w:rsid w:val="008A03C8"/>
    <w:rsid w:val="008B2225"/>
    <w:rsid w:val="0099179E"/>
    <w:rsid w:val="009F6241"/>
    <w:rsid w:val="00A237BE"/>
    <w:rsid w:val="00A51FF8"/>
    <w:rsid w:val="00AA1D8D"/>
    <w:rsid w:val="00B4281B"/>
    <w:rsid w:val="00B47730"/>
    <w:rsid w:val="00BD1B4F"/>
    <w:rsid w:val="00C360CE"/>
    <w:rsid w:val="00C67DCB"/>
    <w:rsid w:val="00CB0664"/>
    <w:rsid w:val="00E649F8"/>
    <w:rsid w:val="00E95EEE"/>
    <w:rsid w:val="00ED5C72"/>
    <w:rsid w:val="00F13605"/>
    <w:rsid w:val="00F622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69948D"/>
  <w14:defaultImageDpi w14:val="300"/>
  <w15:docId w15:val="{924A436E-93E3-41A1-B08B-E4B75BD2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rdskrifttypeiafsnit"/>
    <w:uiPriority w:val="99"/>
    <w:unhideWhenUsed/>
    <w:rsid w:val="00141D63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41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834</Characters>
  <Application>Microsoft Office Word</Application>
  <DocSecurity>0</DocSecurity>
  <Lines>92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Jacob Bogh Sønderby</cp:lastModifiedBy>
  <cp:revision>2</cp:revision>
  <dcterms:created xsi:type="dcterms:W3CDTF">2026-08-24T09:32:00Z</dcterms:created>
  <dcterms:modified xsi:type="dcterms:W3CDTF">2026-08-24T09:32:00Z</dcterms:modified>
  <cp:category/>
</cp:coreProperties>
</file>